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BC2F" w14:textId="77777777" w:rsidR="008E11D5" w:rsidRDefault="00000000">
      <w:pPr>
        <w:pStyle w:val="Heading1"/>
      </w:pPr>
      <w:r>
        <w:t>Adane Toma</w:t>
      </w:r>
    </w:p>
    <w:p w14:paraId="5C4614E3" w14:textId="77777777" w:rsidR="008E11D5" w:rsidRDefault="00000000">
      <w:r>
        <w:t>Senior MuleSoft Developer / Integration Engineer</w:t>
      </w:r>
      <w:r>
        <w:br/>
      </w:r>
    </w:p>
    <w:p w14:paraId="079C430D" w14:textId="7C98A3FB" w:rsidR="008E11D5" w:rsidRDefault="00000000">
      <w:r>
        <w:t xml:space="preserve">Phone: +1 (720) </w:t>
      </w:r>
      <w:r w:rsidR="00B120FF">
        <w:t>588-2003</w:t>
      </w:r>
      <w:r>
        <w:t xml:space="preserve"> | Email: mule.adane1@gmail.com</w:t>
      </w:r>
      <w:r>
        <w:br/>
      </w:r>
    </w:p>
    <w:p w14:paraId="10C5037F" w14:textId="77777777" w:rsidR="008E11D5" w:rsidRDefault="00000000">
      <w:pPr>
        <w:pStyle w:val="Heading2"/>
      </w:pPr>
      <w:r>
        <w:t>PROFESSIONAL SUMMARY</w:t>
      </w:r>
    </w:p>
    <w:p w14:paraId="7123D455" w14:textId="596F2CB2" w:rsidR="008E11D5" w:rsidRDefault="00000000">
      <w:r>
        <w:t>Senior MuleSoft Developer with 1</w:t>
      </w:r>
      <w:r w:rsidR="00FF3528">
        <w:t>0</w:t>
      </w:r>
      <w:r>
        <w:t xml:space="preserve">+ years of enterprise application integration experience, including </w:t>
      </w:r>
      <w:r w:rsidR="00C463C7">
        <w:t>7</w:t>
      </w:r>
      <w:r>
        <w:t>+ years specializing in MuleSoft (3.x &amp; 4.x), Anypoint Platform, and CloudHub. Expert in API-led connectivity, secure REST/SOAP APIs, AWS cloud integrations, and CI/CD automation. Delivered high-availability integration platforms processing millions of transactions annually, improving system performance, reliability, and operational efficiency across insurance and financial services domains.</w:t>
      </w:r>
    </w:p>
    <w:p w14:paraId="0695BFBD" w14:textId="77777777" w:rsidR="008E11D5" w:rsidRDefault="00000000">
      <w:pPr>
        <w:pStyle w:val="Heading2"/>
      </w:pPr>
      <w:r>
        <w:t>CORE SKILLS</w:t>
      </w:r>
    </w:p>
    <w:p w14:paraId="39E956B4" w14:textId="2D47BADC" w:rsidR="008E11D5" w:rsidRDefault="00000000">
      <w:r>
        <w:t>MuleSoft 4.x, MuleSoft ESB, Any</w:t>
      </w:r>
      <w:r w:rsidR="005E2A18">
        <w:t>p</w:t>
      </w:r>
      <w:r>
        <w:t>oint Platform, CloudHub, API Manager, APIKit, RAML, DataWeave, MUnit, REST APIs, SOAP, API-Led Connectivity, OAuth 2.0, TLS/SSL, AWS (EC2, VPC, ELB, Route 53), Jenkins, Git, Maven, CI/CD, ActiveMQ, JMS, Postman, JIRA, Agile/Scrum</w:t>
      </w:r>
    </w:p>
    <w:p w14:paraId="47B01533" w14:textId="77777777" w:rsidR="008E11D5" w:rsidRDefault="00000000">
      <w:pPr>
        <w:pStyle w:val="Heading2"/>
      </w:pPr>
      <w:r>
        <w:t>PROFESSIONAL EXPERIENCE</w:t>
      </w:r>
    </w:p>
    <w:p w14:paraId="492A2F40" w14:textId="77777777" w:rsidR="008E11D5" w:rsidRDefault="00000000">
      <w:pPr>
        <w:pStyle w:val="Heading3"/>
      </w:pPr>
      <w:r>
        <w:t>Globe Life – McKinney, TX</w:t>
      </w:r>
    </w:p>
    <w:p w14:paraId="72638F67" w14:textId="77777777" w:rsidR="008E11D5" w:rsidRDefault="00000000">
      <w:r>
        <w:t>Senior MuleSoft Developer | Dec 2020 – Present</w:t>
      </w:r>
    </w:p>
    <w:p w14:paraId="57D5E325" w14:textId="77777777" w:rsidR="00ED6BFF" w:rsidRDefault="00000000">
      <w:r>
        <w:t>- Designed and delivered 25+ enterprise REST and SOAP APIs using MuleSoft 4.x, RAML, and APIKit, supporting critical insurance workflows with 99.9% uptime.</w:t>
      </w:r>
      <w:r>
        <w:br/>
        <w:t>- Implemented API-led connectivity architecture, reducing downstream integration development effort by ~30%.</w:t>
      </w:r>
      <w:r>
        <w:br/>
        <w:t>- Optimized DataWeave transformations and Mule flow designs, improving API response times by ~40%.</w:t>
      </w:r>
      <w:r>
        <w:br/>
        <w:t>- Processed and routed millions of policy, claims, and customer transactions per year through MuleSoft and ActiveMQ.</w:t>
      </w:r>
    </w:p>
    <w:p w14:paraId="7081447F" w14:textId="66514BCD" w:rsidR="008E11D5" w:rsidRDefault="00ED6BFF">
      <w:r>
        <w:t xml:space="preserve">- </w:t>
      </w:r>
      <w:r w:rsidRPr="00ED6BFF">
        <w:t>Collaborated with architects, Salesforce teams, and business stakeholders to deliver scalable integration solutions</w:t>
      </w:r>
      <w:r w:rsidR="00000000">
        <w:br/>
        <w:t>- Automated CI/CD pipelines using Jenkins, Git, and Maven, cutting deployment time from hours to minutes and reducing release-related defects by ~35%.</w:t>
      </w:r>
      <w:r w:rsidR="00000000">
        <w:br/>
        <w:t>- Enforced API security using OAuth 2.0, TLS/SSL, and API Manager policies, supporting regulatory and compliance requirements.</w:t>
      </w:r>
      <w:r w:rsidR="00000000">
        <w:br/>
        <w:t>- Provided L3 production support, resolving critical incidents and reducing mean time to resolution (MTTR) by ~25%.</w:t>
      </w:r>
    </w:p>
    <w:p w14:paraId="2A2DB380" w14:textId="77777777" w:rsidR="008E11D5" w:rsidRDefault="00000000">
      <w:pPr>
        <w:pStyle w:val="Heading3"/>
      </w:pPr>
      <w:r>
        <w:lastRenderedPageBreak/>
        <w:t>Moody’s – New York, NY</w:t>
      </w:r>
    </w:p>
    <w:p w14:paraId="364BF69D" w14:textId="4893095B" w:rsidR="008E11D5" w:rsidRDefault="00000000">
      <w:r>
        <w:t>MuleSoft Developer | Oct 201</w:t>
      </w:r>
      <w:r w:rsidR="00FF3528">
        <w:t>8</w:t>
      </w:r>
      <w:r>
        <w:t xml:space="preserve"> – Dec 2020</w:t>
      </w:r>
    </w:p>
    <w:p w14:paraId="1B40B8F5" w14:textId="77777777" w:rsidR="008E11D5" w:rsidRDefault="00000000">
      <w:r>
        <w:t>- Built and deployed MuleSoft ESB services supporting large-scale financial data integrations across internal platforms.</w:t>
      </w:r>
      <w:r>
        <w:br/>
        <w:t>- Designed secure REST APIs using RAML and MuleSoft best practices, enabling consistent data exchange across teams.</w:t>
      </w:r>
      <w:r>
        <w:br/>
        <w:t>- Implemented asynchronous messaging with ActiveMQ and JMS, increasing throughput and decoupling upstream/downstream systems.</w:t>
      </w:r>
      <w:r>
        <w:br/>
        <w:t>- Enhanced error handling and retry mechanisms, reducing integration failures by ~20%.</w:t>
      </w:r>
      <w:r>
        <w:br/>
        <w:t>- Supported production releases and issue resolution, contributing to improved platform stability and reliability.</w:t>
      </w:r>
    </w:p>
    <w:p w14:paraId="1D045344" w14:textId="77777777" w:rsidR="008E11D5" w:rsidRDefault="00000000">
      <w:pPr>
        <w:pStyle w:val="Heading3"/>
      </w:pPr>
      <w:r>
        <w:t>Nordstrom – Seattle, WA</w:t>
      </w:r>
    </w:p>
    <w:p w14:paraId="49FB1D63" w14:textId="51DB9BD2" w:rsidR="008E11D5" w:rsidRDefault="00000000">
      <w:r>
        <w:t>Application Developer | Sep 201</w:t>
      </w:r>
      <w:r w:rsidR="00FF3528">
        <w:t>5</w:t>
      </w:r>
      <w:r>
        <w:t xml:space="preserve"> – Oct 201</w:t>
      </w:r>
      <w:r w:rsidR="00FF3528">
        <w:t>8</w:t>
      </w:r>
    </w:p>
    <w:p w14:paraId="41A335F5" w14:textId="77777777" w:rsidR="008E11D5" w:rsidRDefault="00000000">
      <w:r>
        <w:t>- Developed enterprise Java applications using Spring, Hibernate, and Struts supporting retail business operations.</w:t>
      </w:r>
      <w:r>
        <w:br/>
        <w:t>- Optimized database interactions and ORM mappings, improving application performance and reducing query latency.</w:t>
      </w:r>
      <w:r>
        <w:br/>
        <w:t>- Supported SIT and UAT cycles, accelerating defect resolution and enabling on-time production releases.</w:t>
      </w:r>
    </w:p>
    <w:p w14:paraId="2D59CD6C" w14:textId="77777777" w:rsidR="008E11D5" w:rsidRDefault="00000000">
      <w:pPr>
        <w:pStyle w:val="Heading2"/>
      </w:pPr>
      <w:r>
        <w:t>CERTIFICATIONS</w:t>
      </w:r>
    </w:p>
    <w:p w14:paraId="692A84C5" w14:textId="77777777" w:rsidR="008E11D5" w:rsidRDefault="00000000">
      <w:r>
        <w:t>MuleSoft Certified Developer – Level 1 (Mule 4)</w:t>
      </w:r>
      <w:r>
        <w:br/>
        <w:t>MuleSoft Certified Developer – Version 3.9</w:t>
      </w:r>
    </w:p>
    <w:p w14:paraId="1F345FEC" w14:textId="77777777" w:rsidR="008E11D5" w:rsidRDefault="00000000">
      <w:pPr>
        <w:pStyle w:val="Heading2"/>
      </w:pPr>
      <w:r>
        <w:t>EDUCATION</w:t>
      </w:r>
    </w:p>
    <w:p w14:paraId="375098DB" w14:textId="727448A2" w:rsidR="008E11D5" w:rsidRDefault="005E2A18">
      <w:r>
        <w:t>Bachelor’s degree in applied science – University of Gondar</w:t>
      </w:r>
    </w:p>
    <w:sectPr w:rsidR="008E11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151756">
    <w:abstractNumId w:val="8"/>
  </w:num>
  <w:num w:numId="2" w16cid:durableId="1048651055">
    <w:abstractNumId w:val="6"/>
  </w:num>
  <w:num w:numId="3" w16cid:durableId="404035866">
    <w:abstractNumId w:val="5"/>
  </w:num>
  <w:num w:numId="4" w16cid:durableId="204028312">
    <w:abstractNumId w:val="4"/>
  </w:num>
  <w:num w:numId="5" w16cid:durableId="152918480">
    <w:abstractNumId w:val="7"/>
  </w:num>
  <w:num w:numId="6" w16cid:durableId="1242717625">
    <w:abstractNumId w:val="3"/>
  </w:num>
  <w:num w:numId="7" w16cid:durableId="1234782016">
    <w:abstractNumId w:val="2"/>
  </w:num>
  <w:num w:numId="8" w16cid:durableId="601031272">
    <w:abstractNumId w:val="1"/>
  </w:num>
  <w:num w:numId="9" w16cid:durableId="204000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700E"/>
    <w:rsid w:val="00326F90"/>
    <w:rsid w:val="00333077"/>
    <w:rsid w:val="005E2A18"/>
    <w:rsid w:val="008E11D5"/>
    <w:rsid w:val="00AA1D8D"/>
    <w:rsid w:val="00B120FF"/>
    <w:rsid w:val="00B159C2"/>
    <w:rsid w:val="00B47730"/>
    <w:rsid w:val="00C14C6D"/>
    <w:rsid w:val="00C463C7"/>
    <w:rsid w:val="00C841F5"/>
    <w:rsid w:val="00CB0664"/>
    <w:rsid w:val="00ED6BFF"/>
    <w:rsid w:val="00EE2F30"/>
    <w:rsid w:val="00FC693F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331AA"/>
  <w14:defaultImageDpi w14:val="300"/>
  <w15:docId w15:val="{8B97F295-25B8-415E-8E70-9C2B6D2B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Adane Toma</cp:lastModifiedBy>
  <cp:revision>7</cp:revision>
  <dcterms:created xsi:type="dcterms:W3CDTF">2013-12-23T23:15:00Z</dcterms:created>
  <dcterms:modified xsi:type="dcterms:W3CDTF">2026-01-02T17:46:00Z</dcterms:modified>
  <cp:category/>
</cp:coreProperties>
</file>